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9" w:type="dxa"/>
        <w:jc w:val="center"/>
        <w:tblLayout w:type="fixed"/>
        <w:tblLook w:val="04A0"/>
      </w:tblPr>
      <w:tblGrid>
        <w:gridCol w:w="1825"/>
        <w:gridCol w:w="6559"/>
        <w:gridCol w:w="1825"/>
      </w:tblGrid>
      <w:tr w:rsidR="0025565D" w:rsidTr="00C13693">
        <w:trPr>
          <w:trHeight w:hRule="exact" w:val="2189"/>
          <w:jc w:val="center"/>
        </w:trPr>
        <w:tc>
          <w:tcPr>
            <w:tcW w:w="1825" w:type="dxa"/>
            <w:tcBorders>
              <w:top w:val="nil"/>
              <w:left w:val="nil"/>
              <w:bottom w:val="nil"/>
              <w:right w:val="nil"/>
            </w:tcBorders>
            <w:tcMar>
              <w:top w:w="0" w:type="dxa"/>
              <w:left w:w="0" w:type="dxa"/>
              <w:bottom w:w="0" w:type="dxa"/>
              <w:right w:w="0" w:type="dxa"/>
            </w:tcMar>
            <w:vAlign w:val="center"/>
          </w:tcPr>
          <w:p w:rsidR="0025565D" w:rsidRDefault="0025565D"/>
        </w:tc>
        <w:tc>
          <w:tcPr>
            <w:tcW w:w="6559" w:type="dxa"/>
            <w:tcBorders>
              <w:top w:val="nil"/>
              <w:left w:val="nil"/>
              <w:bottom w:val="nil"/>
              <w:right w:val="nil"/>
            </w:tcBorders>
            <w:tcMar>
              <w:top w:w="0" w:type="dxa"/>
              <w:left w:w="0" w:type="dxa"/>
              <w:bottom w:w="0" w:type="dxa"/>
              <w:right w:w="0" w:type="dxa"/>
            </w:tcMar>
            <w:vAlign w:val="center"/>
          </w:tcPr>
          <w:p w:rsidR="0025565D" w:rsidRDefault="00ED4D18">
            <w:pPr>
              <w:spacing w:after="0"/>
              <w:jc w:val="center"/>
            </w:pPr>
            <w:r>
              <w:rPr>
                <w:noProof/>
                <w:lang w:val="el-GR" w:eastAsia="el-GR"/>
              </w:rPr>
              <w:drawing>
                <wp:inline distT="0" distB="0" distL="0" distR="0">
                  <wp:extent cx="1225685" cy="1294717"/>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os_logo_cropped.png"/>
                          <pic:cNvPicPr/>
                        </pic:nvPicPr>
                        <pic:blipFill>
                          <a:blip r:embed="rId6"/>
                          <a:stretch>
                            <a:fillRect/>
                          </a:stretch>
                        </pic:blipFill>
                        <pic:spPr>
                          <a:xfrm>
                            <a:off x="0" y="0"/>
                            <a:ext cx="1244419" cy="1314506"/>
                          </a:xfrm>
                          <a:prstGeom prst="rect">
                            <a:avLst/>
                          </a:prstGeom>
                        </pic:spPr>
                      </pic:pic>
                    </a:graphicData>
                  </a:graphic>
                </wp:inline>
              </w:drawing>
            </w:r>
          </w:p>
        </w:tc>
        <w:tc>
          <w:tcPr>
            <w:tcW w:w="1825" w:type="dxa"/>
            <w:tcBorders>
              <w:top w:val="single" w:sz="8" w:space="0" w:color="13255A"/>
              <w:left w:val="single" w:sz="8" w:space="0" w:color="13255A"/>
              <w:bottom w:val="single" w:sz="8" w:space="0" w:color="13255A"/>
              <w:right w:val="single" w:sz="8" w:space="0" w:color="13255A"/>
            </w:tcBorders>
            <w:shd w:val="clear" w:color="auto" w:fill="FFFFFF"/>
            <w:tcMar>
              <w:top w:w="0" w:type="dxa"/>
              <w:left w:w="0" w:type="dxa"/>
              <w:bottom w:w="0" w:type="dxa"/>
              <w:right w:w="0" w:type="dxa"/>
            </w:tcMar>
            <w:vAlign w:val="center"/>
          </w:tcPr>
          <w:p w:rsidR="00C13693" w:rsidRDefault="00C13693">
            <w:pPr>
              <w:spacing w:after="0"/>
              <w:jc w:val="center"/>
              <w:rPr>
                <w:szCs w:val="20"/>
                <w:lang w:val="el-GR"/>
              </w:rPr>
            </w:pPr>
          </w:p>
          <w:p w:rsidR="0025565D" w:rsidRDefault="00C13693">
            <w:pPr>
              <w:spacing w:after="0"/>
              <w:jc w:val="center"/>
              <w:rPr>
                <w:szCs w:val="20"/>
                <w:lang w:val="el-GR"/>
              </w:rPr>
            </w:pPr>
            <w:r w:rsidRPr="00C13693">
              <w:rPr>
                <w:szCs w:val="20"/>
                <w:lang w:val="el-GR"/>
              </w:rPr>
              <w:t xml:space="preserve">θέση </w:t>
            </w:r>
            <w:r w:rsidRPr="00C13693">
              <w:rPr>
                <w:szCs w:val="20"/>
                <w:lang w:val="el-GR"/>
              </w:rPr>
              <w:br/>
              <w:t>φωτογραφίας</w:t>
            </w:r>
          </w:p>
          <w:p w:rsidR="00C13693" w:rsidRPr="00C13693" w:rsidRDefault="00C13693" w:rsidP="00C13693">
            <w:pPr>
              <w:spacing w:after="0"/>
              <w:rPr>
                <w:szCs w:val="20"/>
                <w:lang w:val="el-GR"/>
              </w:rPr>
            </w:pPr>
          </w:p>
        </w:tc>
      </w:tr>
    </w:tbl>
    <w:p w:rsidR="00C13693" w:rsidRDefault="00C13693">
      <w:pPr>
        <w:widowControl w:val="0"/>
        <w:pBdr>
          <w:bottom w:val="single" w:sz="12" w:space="4" w:color="13255A"/>
        </w:pBdr>
        <w:spacing w:before="40" w:after="160"/>
        <w:jc w:val="center"/>
        <w:rPr>
          <w:rFonts w:eastAsia="Arial"/>
          <w:b/>
          <w:color w:val="13255A"/>
          <w:sz w:val="27"/>
          <w:lang w:val="el-GR"/>
        </w:rPr>
      </w:pPr>
    </w:p>
    <w:p w:rsidR="005A357D" w:rsidRPr="005A357D" w:rsidRDefault="005A357D" w:rsidP="005A357D">
      <w:pPr>
        <w:widowControl w:val="0"/>
        <w:pBdr>
          <w:bottom w:val="single" w:sz="12" w:space="4" w:color="13255A"/>
        </w:pBdr>
        <w:spacing w:before="40" w:after="160"/>
        <w:jc w:val="center"/>
        <w:rPr>
          <w:rFonts w:eastAsia="Arial"/>
          <w:b/>
          <w:color w:val="13255A"/>
          <w:sz w:val="28"/>
          <w:szCs w:val="28"/>
          <w:lang w:val="el-GR"/>
        </w:rPr>
      </w:pPr>
      <w:r w:rsidRPr="005A357D">
        <w:rPr>
          <w:rFonts w:eastAsia="Arial"/>
          <w:b/>
          <w:color w:val="13255A"/>
          <w:sz w:val="28"/>
          <w:szCs w:val="28"/>
          <w:lang w:val="el-GR"/>
        </w:rPr>
        <w:t>ΕΛΛΗΝΙΚΟΣ ΟΡΕΙΒΑΤΙΚΟΣ ΣΥΝΔΕΣΜΟΣ ΑΘΗΝΩΝ</w:t>
      </w:r>
      <w:r w:rsidRPr="005A357D">
        <w:rPr>
          <w:rFonts w:eastAsia="Arial"/>
          <w:b/>
          <w:color w:val="13255A"/>
          <w:sz w:val="28"/>
          <w:szCs w:val="28"/>
          <w:lang w:val="el-GR"/>
        </w:rPr>
        <w:br/>
      </w:r>
      <w:r w:rsidRPr="005A357D">
        <w:rPr>
          <w:rFonts w:eastAsia="Arial"/>
          <w:b/>
          <w:color w:val="13255A"/>
          <w:sz w:val="32"/>
          <w:szCs w:val="32"/>
          <w:lang w:val="el-GR"/>
        </w:rPr>
        <w:t>ΑΙΤΗΣΗ  ΕΓΓΡΑΦΗΣ  ΜΕΛΟΥΣ</w:t>
      </w:r>
    </w:p>
    <w:tbl>
      <w:tblPr>
        <w:tblW w:w="10148" w:type="dxa"/>
        <w:jc w:val="center"/>
        <w:tblLayout w:type="fixed"/>
        <w:tblLook w:val="04A0"/>
      </w:tblPr>
      <w:tblGrid>
        <w:gridCol w:w="5074"/>
        <w:gridCol w:w="5074"/>
      </w:tblGrid>
      <w:tr w:rsidR="0025565D">
        <w:trPr>
          <w:jc w:val="center"/>
        </w:trPr>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Default="00ED4D18">
            <w:pPr>
              <w:spacing w:after="0" w:line="240" w:lineRule="auto"/>
            </w:pPr>
            <w:r>
              <w:rPr>
                <w:rFonts w:eastAsia="Arial"/>
                <w:color w:val="000000"/>
              </w:rPr>
              <w:t>Επώνυμο :</w:t>
            </w:r>
          </w:p>
        </w:tc>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Default="00ED4D18">
            <w:pPr>
              <w:spacing w:after="0" w:line="240" w:lineRule="auto"/>
            </w:pPr>
            <w:r>
              <w:rPr>
                <w:rFonts w:eastAsia="Arial"/>
                <w:color w:val="000000"/>
              </w:rPr>
              <w:t>Όνομα :</w:t>
            </w:r>
          </w:p>
        </w:tc>
      </w:tr>
      <w:tr w:rsidR="0025565D">
        <w:trPr>
          <w:jc w:val="center"/>
        </w:trPr>
        <w:tc>
          <w:tcPr>
            <w:tcW w:w="5074" w:type="dxa"/>
            <w:tcBorders>
              <w:top w:val="single" w:sz="6" w:space="0" w:color="6F7D96"/>
              <w:left w:val="single" w:sz="6" w:space="0" w:color="6F7D96"/>
              <w:bottom w:val="single" w:sz="6" w:space="0" w:color="6F7D96"/>
              <w:right w:val="single" w:sz="6" w:space="0" w:color="6F7D96"/>
            </w:tcBorders>
            <w:shd w:val="clear" w:color="auto" w:fill="FFFFFF"/>
            <w:tcMar>
              <w:top w:w="82" w:type="dxa"/>
              <w:left w:w="120" w:type="dxa"/>
              <w:bottom w:w="82" w:type="dxa"/>
              <w:right w:w="120" w:type="dxa"/>
            </w:tcMar>
            <w:vAlign w:val="center"/>
          </w:tcPr>
          <w:p w:rsidR="0025565D" w:rsidRDefault="00ED4D18">
            <w:pPr>
              <w:spacing w:after="0" w:line="240" w:lineRule="auto"/>
            </w:pPr>
            <w:r>
              <w:rPr>
                <w:rFonts w:eastAsia="Arial"/>
                <w:color w:val="000000"/>
              </w:rPr>
              <w:t>Όνομα πατρός :</w:t>
            </w:r>
          </w:p>
        </w:tc>
        <w:tc>
          <w:tcPr>
            <w:tcW w:w="5074" w:type="dxa"/>
            <w:tcBorders>
              <w:top w:val="single" w:sz="6" w:space="0" w:color="6F7D96"/>
              <w:left w:val="single" w:sz="6" w:space="0" w:color="6F7D96"/>
              <w:bottom w:val="single" w:sz="6" w:space="0" w:color="6F7D96"/>
              <w:right w:val="single" w:sz="6" w:space="0" w:color="6F7D96"/>
            </w:tcBorders>
            <w:shd w:val="clear" w:color="auto" w:fill="FFFFFF"/>
            <w:tcMar>
              <w:top w:w="82" w:type="dxa"/>
              <w:left w:w="120" w:type="dxa"/>
              <w:bottom w:w="82" w:type="dxa"/>
              <w:right w:w="120" w:type="dxa"/>
            </w:tcMar>
            <w:vAlign w:val="center"/>
          </w:tcPr>
          <w:p w:rsidR="0025565D" w:rsidRDefault="00ED4D18">
            <w:pPr>
              <w:spacing w:after="0" w:line="240" w:lineRule="auto"/>
            </w:pPr>
            <w:r>
              <w:rPr>
                <w:rFonts w:eastAsia="Arial"/>
                <w:color w:val="000000"/>
              </w:rPr>
              <w:t>Α.Φ.Μ :</w:t>
            </w:r>
          </w:p>
        </w:tc>
      </w:tr>
      <w:tr w:rsidR="0025565D">
        <w:trPr>
          <w:jc w:val="center"/>
        </w:trPr>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Default="00ED4D18">
            <w:pPr>
              <w:spacing w:after="0" w:line="240" w:lineRule="auto"/>
            </w:pPr>
            <w:r>
              <w:rPr>
                <w:rFonts w:eastAsia="Arial"/>
                <w:color w:val="000000"/>
              </w:rPr>
              <w:t>Οδός :</w:t>
            </w:r>
          </w:p>
        </w:tc>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Default="00ED4D18">
            <w:pPr>
              <w:spacing w:after="0" w:line="240" w:lineRule="auto"/>
            </w:pPr>
            <w:r>
              <w:rPr>
                <w:rFonts w:eastAsia="Arial"/>
                <w:color w:val="000000"/>
              </w:rPr>
              <w:t>Αριθ</w:t>
            </w:r>
            <w:r w:rsidR="00C13693">
              <w:rPr>
                <w:rFonts w:eastAsia="Arial"/>
                <w:color w:val="000000"/>
                <w:lang w:val="el-GR"/>
              </w:rPr>
              <w:t>μός</w:t>
            </w:r>
            <w:r>
              <w:rPr>
                <w:rFonts w:eastAsia="Arial"/>
                <w:color w:val="000000"/>
              </w:rPr>
              <w:t xml:space="preserve"> :</w:t>
            </w:r>
          </w:p>
        </w:tc>
      </w:tr>
      <w:tr w:rsidR="0025565D">
        <w:trPr>
          <w:jc w:val="center"/>
        </w:trPr>
        <w:tc>
          <w:tcPr>
            <w:tcW w:w="5074" w:type="dxa"/>
            <w:tcBorders>
              <w:top w:val="single" w:sz="6" w:space="0" w:color="6F7D96"/>
              <w:left w:val="single" w:sz="6" w:space="0" w:color="6F7D96"/>
              <w:bottom w:val="single" w:sz="6" w:space="0" w:color="6F7D96"/>
              <w:right w:val="single" w:sz="6" w:space="0" w:color="6F7D96"/>
            </w:tcBorders>
            <w:shd w:val="clear" w:color="auto" w:fill="FFFFFF"/>
            <w:tcMar>
              <w:top w:w="82" w:type="dxa"/>
              <w:left w:w="120" w:type="dxa"/>
              <w:bottom w:w="82" w:type="dxa"/>
              <w:right w:w="120" w:type="dxa"/>
            </w:tcMar>
            <w:vAlign w:val="center"/>
          </w:tcPr>
          <w:p w:rsidR="0025565D" w:rsidRDefault="00ED4D18">
            <w:pPr>
              <w:spacing w:after="0" w:line="240" w:lineRule="auto"/>
            </w:pPr>
            <w:r>
              <w:rPr>
                <w:rFonts w:eastAsia="Arial"/>
                <w:color w:val="000000"/>
              </w:rPr>
              <w:t>Περιοχή (Δήμος) :</w:t>
            </w:r>
          </w:p>
        </w:tc>
        <w:tc>
          <w:tcPr>
            <w:tcW w:w="5074" w:type="dxa"/>
            <w:tcBorders>
              <w:top w:val="single" w:sz="6" w:space="0" w:color="6F7D96"/>
              <w:left w:val="single" w:sz="6" w:space="0" w:color="6F7D96"/>
              <w:bottom w:val="single" w:sz="6" w:space="0" w:color="6F7D96"/>
              <w:right w:val="single" w:sz="6" w:space="0" w:color="6F7D96"/>
            </w:tcBorders>
            <w:shd w:val="clear" w:color="auto" w:fill="FFFFFF"/>
            <w:tcMar>
              <w:top w:w="82" w:type="dxa"/>
              <w:left w:w="120" w:type="dxa"/>
              <w:bottom w:w="82" w:type="dxa"/>
              <w:right w:w="120" w:type="dxa"/>
            </w:tcMar>
            <w:vAlign w:val="center"/>
          </w:tcPr>
          <w:p w:rsidR="0025565D" w:rsidRDefault="00ED4D18">
            <w:pPr>
              <w:spacing w:after="0" w:line="240" w:lineRule="auto"/>
            </w:pPr>
            <w:r>
              <w:rPr>
                <w:rFonts w:eastAsia="Arial"/>
                <w:color w:val="000000"/>
              </w:rPr>
              <w:t xml:space="preserve">Τ.Κ.: </w:t>
            </w:r>
          </w:p>
        </w:tc>
      </w:tr>
      <w:tr w:rsidR="0025565D">
        <w:trPr>
          <w:jc w:val="center"/>
        </w:trPr>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Default="00ED4D18">
            <w:pPr>
              <w:spacing w:after="0" w:line="240" w:lineRule="auto"/>
            </w:pPr>
            <w:r>
              <w:rPr>
                <w:rFonts w:eastAsia="Arial"/>
                <w:color w:val="000000"/>
              </w:rPr>
              <w:t>Τόπος γέννησης :</w:t>
            </w:r>
          </w:p>
        </w:tc>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Pr="00C13693" w:rsidRDefault="00ED4D18">
            <w:pPr>
              <w:spacing w:after="0" w:line="240" w:lineRule="auto"/>
              <w:rPr>
                <w:lang w:val="el-GR"/>
              </w:rPr>
            </w:pPr>
            <w:r>
              <w:rPr>
                <w:rFonts w:eastAsia="Arial"/>
                <w:color w:val="000000"/>
              </w:rPr>
              <w:t>Ημερ</w:t>
            </w:r>
            <w:r w:rsidR="00C13693">
              <w:rPr>
                <w:rFonts w:eastAsia="Arial"/>
                <w:color w:val="000000"/>
                <w:lang w:val="el-GR"/>
              </w:rPr>
              <w:t>ομη</w:t>
            </w:r>
            <w:r>
              <w:rPr>
                <w:rFonts w:eastAsia="Arial"/>
                <w:color w:val="000000"/>
              </w:rPr>
              <w:t>νία γέννησης :</w:t>
            </w:r>
            <w:r w:rsidR="00C13693">
              <w:rPr>
                <w:rFonts w:eastAsia="Arial"/>
                <w:color w:val="000000"/>
                <w:lang w:val="el-GR"/>
              </w:rPr>
              <w:t xml:space="preserve">    /     /</w:t>
            </w:r>
          </w:p>
        </w:tc>
      </w:tr>
      <w:tr w:rsidR="0025565D">
        <w:trPr>
          <w:jc w:val="center"/>
        </w:trPr>
        <w:tc>
          <w:tcPr>
            <w:tcW w:w="5074" w:type="dxa"/>
            <w:tcBorders>
              <w:top w:val="single" w:sz="6" w:space="0" w:color="6F7D96"/>
              <w:left w:val="single" w:sz="6" w:space="0" w:color="6F7D96"/>
              <w:bottom w:val="single" w:sz="6" w:space="0" w:color="6F7D96"/>
              <w:right w:val="single" w:sz="6" w:space="0" w:color="6F7D96"/>
            </w:tcBorders>
            <w:shd w:val="clear" w:color="auto" w:fill="FFFFFF"/>
            <w:tcMar>
              <w:top w:w="82" w:type="dxa"/>
              <w:left w:w="120" w:type="dxa"/>
              <w:bottom w:w="82" w:type="dxa"/>
              <w:right w:w="120" w:type="dxa"/>
            </w:tcMar>
            <w:vAlign w:val="center"/>
          </w:tcPr>
          <w:p w:rsidR="0025565D" w:rsidRDefault="00ED4D18">
            <w:pPr>
              <w:spacing w:after="0" w:line="240" w:lineRule="auto"/>
            </w:pPr>
            <w:r>
              <w:rPr>
                <w:rFonts w:eastAsia="Arial"/>
                <w:color w:val="000000"/>
              </w:rPr>
              <w:t>Επάγγελμα :</w:t>
            </w:r>
          </w:p>
        </w:tc>
        <w:tc>
          <w:tcPr>
            <w:tcW w:w="5074" w:type="dxa"/>
            <w:tcBorders>
              <w:top w:val="single" w:sz="6" w:space="0" w:color="6F7D96"/>
              <w:left w:val="single" w:sz="6" w:space="0" w:color="6F7D96"/>
              <w:bottom w:val="single" w:sz="6" w:space="0" w:color="6F7D96"/>
              <w:right w:val="single" w:sz="6" w:space="0" w:color="6F7D96"/>
            </w:tcBorders>
            <w:shd w:val="clear" w:color="auto" w:fill="FFFFFF"/>
            <w:tcMar>
              <w:top w:w="82" w:type="dxa"/>
              <w:left w:w="120" w:type="dxa"/>
              <w:bottom w:w="82" w:type="dxa"/>
              <w:right w:w="120" w:type="dxa"/>
            </w:tcMar>
            <w:vAlign w:val="center"/>
          </w:tcPr>
          <w:p w:rsidR="0025565D" w:rsidRDefault="00ED4D18">
            <w:pPr>
              <w:spacing w:after="0" w:line="240" w:lineRule="auto"/>
            </w:pPr>
            <w:r>
              <w:rPr>
                <w:rFonts w:eastAsia="Arial"/>
                <w:color w:val="000000"/>
              </w:rPr>
              <w:t>Υπηκοότητα :</w:t>
            </w:r>
          </w:p>
        </w:tc>
      </w:tr>
      <w:tr w:rsidR="0025565D">
        <w:trPr>
          <w:jc w:val="center"/>
        </w:trPr>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Default="00ED4D18">
            <w:pPr>
              <w:spacing w:after="0" w:line="240" w:lineRule="auto"/>
            </w:pPr>
            <w:r>
              <w:rPr>
                <w:rFonts w:eastAsia="Arial"/>
                <w:color w:val="000000"/>
              </w:rPr>
              <w:t>Κινητό τηλ</w:t>
            </w:r>
            <w:r w:rsidR="00C13693">
              <w:rPr>
                <w:rFonts w:eastAsia="Arial"/>
                <w:color w:val="000000"/>
                <w:lang w:val="el-GR"/>
              </w:rPr>
              <w:t>έφωνο</w:t>
            </w:r>
            <w:r>
              <w:rPr>
                <w:rFonts w:eastAsia="Arial"/>
                <w:color w:val="000000"/>
              </w:rPr>
              <w:t xml:space="preserve"> :</w:t>
            </w:r>
          </w:p>
        </w:tc>
        <w:tc>
          <w:tcPr>
            <w:tcW w:w="5074" w:type="dxa"/>
            <w:tcBorders>
              <w:top w:val="single" w:sz="6" w:space="0" w:color="6F7D96"/>
              <w:left w:val="single" w:sz="6" w:space="0" w:color="6F7D96"/>
              <w:bottom w:val="single" w:sz="6" w:space="0" w:color="6F7D96"/>
              <w:right w:val="single" w:sz="6" w:space="0" w:color="6F7D96"/>
            </w:tcBorders>
            <w:shd w:val="clear" w:color="auto" w:fill="F2F5FA"/>
            <w:tcMar>
              <w:top w:w="82" w:type="dxa"/>
              <w:left w:w="120" w:type="dxa"/>
              <w:bottom w:w="82" w:type="dxa"/>
              <w:right w:w="120" w:type="dxa"/>
            </w:tcMar>
            <w:vAlign w:val="center"/>
          </w:tcPr>
          <w:p w:rsidR="0025565D" w:rsidRDefault="00ED4D18">
            <w:pPr>
              <w:spacing w:after="0" w:line="240" w:lineRule="auto"/>
            </w:pPr>
            <w:proofErr w:type="spellStart"/>
            <w:r>
              <w:rPr>
                <w:rFonts w:eastAsia="Arial"/>
                <w:color w:val="000000"/>
              </w:rPr>
              <w:t>Τηλ</w:t>
            </w:r>
            <w:r w:rsidR="00C13693">
              <w:rPr>
                <w:rFonts w:eastAsia="Arial"/>
                <w:color w:val="000000"/>
                <w:lang w:val="el-GR"/>
              </w:rPr>
              <w:t>έφωνο</w:t>
            </w:r>
            <w:proofErr w:type="spellEnd"/>
            <w:r w:rsidR="00F00186">
              <w:rPr>
                <w:rFonts w:eastAsia="Arial"/>
                <w:color w:val="000000"/>
                <w:lang w:val="el-GR"/>
              </w:rPr>
              <w:t xml:space="preserve"> </w:t>
            </w:r>
            <w:proofErr w:type="spellStart"/>
            <w:r>
              <w:rPr>
                <w:rFonts w:eastAsia="Arial"/>
                <w:color w:val="000000"/>
              </w:rPr>
              <w:t>Κατοικίας</w:t>
            </w:r>
            <w:proofErr w:type="spellEnd"/>
            <w:r>
              <w:rPr>
                <w:rFonts w:eastAsia="Arial"/>
                <w:color w:val="000000"/>
              </w:rPr>
              <w:t xml:space="preserve"> :</w:t>
            </w:r>
          </w:p>
        </w:tc>
      </w:tr>
      <w:tr w:rsidR="0025565D">
        <w:trPr>
          <w:jc w:val="center"/>
        </w:trPr>
        <w:tc>
          <w:tcPr>
            <w:tcW w:w="10148" w:type="dxa"/>
            <w:gridSpan w:val="2"/>
            <w:tcBorders>
              <w:top w:val="single" w:sz="6" w:space="0" w:color="6F7D96"/>
              <w:left w:val="single" w:sz="6" w:space="0" w:color="6F7D96"/>
              <w:bottom w:val="single" w:sz="6" w:space="0" w:color="6F7D96"/>
              <w:right w:val="single" w:sz="6" w:space="0" w:color="6F7D96"/>
            </w:tcBorders>
            <w:shd w:val="clear" w:color="auto" w:fill="FFFFFF"/>
            <w:tcMar>
              <w:top w:w="82" w:type="dxa"/>
              <w:left w:w="120" w:type="dxa"/>
              <w:bottom w:w="82" w:type="dxa"/>
              <w:right w:w="120" w:type="dxa"/>
            </w:tcMar>
            <w:vAlign w:val="center"/>
          </w:tcPr>
          <w:p w:rsidR="0025565D" w:rsidRDefault="00C13693">
            <w:pPr>
              <w:spacing w:after="0" w:line="240" w:lineRule="auto"/>
            </w:pPr>
            <w:r>
              <w:rPr>
                <w:rFonts w:eastAsia="Arial"/>
                <w:color w:val="000000"/>
              </w:rPr>
              <w:t>e – mail :</w:t>
            </w:r>
          </w:p>
        </w:tc>
      </w:tr>
    </w:tbl>
    <w:p w:rsidR="0025565D" w:rsidRDefault="0025565D">
      <w:pPr>
        <w:widowControl w:val="0"/>
        <w:spacing w:after="100"/>
      </w:pPr>
    </w:p>
    <w:tbl>
      <w:tblPr>
        <w:tblW w:w="10148" w:type="dxa"/>
        <w:jc w:val="center"/>
        <w:tblLayout w:type="fixed"/>
        <w:tblLook w:val="04A0"/>
      </w:tblPr>
      <w:tblGrid>
        <w:gridCol w:w="10148"/>
      </w:tblGrid>
      <w:tr w:rsidR="0025565D" w:rsidRPr="00F00186">
        <w:trPr>
          <w:jc w:val="center"/>
        </w:trPr>
        <w:tc>
          <w:tcPr>
            <w:tcW w:w="10148" w:type="dxa"/>
            <w:tcBorders>
              <w:top w:val="single" w:sz="8" w:space="0" w:color="13255A"/>
              <w:left w:val="single" w:sz="8" w:space="0" w:color="13255A"/>
              <w:bottom w:val="single" w:sz="8" w:space="0" w:color="13255A"/>
              <w:right w:val="single" w:sz="8" w:space="0" w:color="13255A"/>
            </w:tcBorders>
            <w:shd w:val="clear" w:color="auto" w:fill="FFFFFF"/>
            <w:tcMar>
              <w:top w:w="140" w:type="dxa"/>
              <w:left w:w="150" w:type="dxa"/>
              <w:bottom w:w="140" w:type="dxa"/>
              <w:right w:w="150" w:type="dxa"/>
            </w:tcMar>
          </w:tcPr>
          <w:p w:rsidR="0025565D" w:rsidRPr="00C13693" w:rsidRDefault="00ED4D18">
            <w:pPr>
              <w:spacing w:after="100" w:line="240" w:lineRule="auto"/>
              <w:jc w:val="both"/>
              <w:rPr>
                <w:lang w:val="el-GR"/>
              </w:rPr>
            </w:pPr>
            <w:r w:rsidRPr="00C13693">
              <w:rPr>
                <w:rFonts w:eastAsia="Arial"/>
                <w:color w:val="000000"/>
                <w:sz w:val="19"/>
                <w:lang w:val="el-GR"/>
              </w:rPr>
              <w:t>Δηλώνω ότι αποδέχομαι το καταστατικό του Ελληνικού Ορειβατικού Συνδέσμου Αθηνών και επιθυμώ σύμφωνα με τις διατάξεις και τους σχετικούς νόμους, να εγγραφώ μέλος του Ε.Ο.Σ Αθηνών. Δηλώνω επίσης ότι δεν είμαι μέλος άλλου σωματείου, το οποίο είναι μέλος της Ε</w:t>
            </w:r>
            <w:r w:rsidR="00C13693" w:rsidRPr="00C13693">
              <w:rPr>
                <w:rFonts w:eastAsia="Arial"/>
                <w:color w:val="000000"/>
                <w:sz w:val="19"/>
                <w:lang w:val="el-GR"/>
              </w:rPr>
              <w:t>.</w:t>
            </w:r>
            <w:r w:rsidRPr="00C13693">
              <w:rPr>
                <w:rFonts w:eastAsia="Arial"/>
                <w:color w:val="000000"/>
                <w:sz w:val="19"/>
                <w:lang w:val="el-GR"/>
              </w:rPr>
              <w:t>Ο</w:t>
            </w:r>
            <w:r w:rsidR="00C13693" w:rsidRPr="00C13693">
              <w:rPr>
                <w:rFonts w:eastAsia="Arial"/>
                <w:color w:val="000000"/>
                <w:sz w:val="19"/>
                <w:lang w:val="el-GR"/>
              </w:rPr>
              <w:t>.</w:t>
            </w:r>
            <w:r w:rsidRPr="00C13693">
              <w:rPr>
                <w:rFonts w:eastAsia="Arial"/>
                <w:color w:val="000000"/>
                <w:sz w:val="19"/>
                <w:lang w:val="el-GR"/>
              </w:rPr>
              <w:t>Ο</w:t>
            </w:r>
            <w:r w:rsidR="00C13693" w:rsidRPr="00C13693">
              <w:rPr>
                <w:rFonts w:eastAsia="Arial"/>
                <w:color w:val="000000"/>
                <w:sz w:val="19"/>
                <w:lang w:val="el-GR"/>
              </w:rPr>
              <w:t>.</w:t>
            </w:r>
            <w:r w:rsidRPr="00C13693">
              <w:rPr>
                <w:rFonts w:eastAsia="Arial"/>
                <w:color w:val="000000"/>
                <w:sz w:val="19"/>
                <w:lang w:val="el-GR"/>
              </w:rPr>
              <w:t>Α και της Ε</w:t>
            </w:r>
            <w:r w:rsidR="00C13693" w:rsidRPr="00C13693">
              <w:rPr>
                <w:rFonts w:eastAsia="Arial"/>
                <w:color w:val="000000"/>
                <w:sz w:val="19"/>
                <w:lang w:val="el-GR"/>
              </w:rPr>
              <w:t>.</w:t>
            </w:r>
            <w:r w:rsidRPr="00C13693">
              <w:rPr>
                <w:rFonts w:eastAsia="Arial"/>
                <w:color w:val="000000"/>
                <w:sz w:val="19"/>
                <w:lang w:val="el-GR"/>
              </w:rPr>
              <w:t>Ο</w:t>
            </w:r>
            <w:r w:rsidR="00C13693" w:rsidRPr="00C13693">
              <w:rPr>
                <w:rFonts w:eastAsia="Arial"/>
                <w:color w:val="000000"/>
                <w:sz w:val="19"/>
                <w:lang w:val="el-GR"/>
              </w:rPr>
              <w:t>.</w:t>
            </w:r>
            <w:r w:rsidRPr="00C13693">
              <w:rPr>
                <w:rFonts w:eastAsia="Arial"/>
                <w:color w:val="000000"/>
                <w:sz w:val="19"/>
                <w:lang w:val="el-GR"/>
              </w:rPr>
              <w:t>Χ</w:t>
            </w:r>
            <w:r w:rsidR="00C13693" w:rsidRPr="00C13693">
              <w:rPr>
                <w:rFonts w:eastAsia="Arial"/>
                <w:color w:val="000000"/>
                <w:sz w:val="19"/>
                <w:lang w:val="el-GR"/>
              </w:rPr>
              <w:t>.</w:t>
            </w:r>
            <w:r w:rsidRPr="00C13693">
              <w:rPr>
                <w:rFonts w:eastAsia="Arial"/>
                <w:color w:val="000000"/>
                <w:sz w:val="19"/>
                <w:lang w:val="el-GR"/>
              </w:rPr>
              <w:t>Α Γνωρίζω ότι ο Ε</w:t>
            </w:r>
            <w:r w:rsidR="00C13693" w:rsidRPr="00C13693">
              <w:rPr>
                <w:rFonts w:eastAsia="Arial"/>
                <w:color w:val="000000"/>
                <w:sz w:val="19"/>
                <w:lang w:val="el-GR"/>
              </w:rPr>
              <w:t>.</w:t>
            </w:r>
            <w:r w:rsidRPr="00C13693">
              <w:rPr>
                <w:rFonts w:eastAsia="Arial"/>
                <w:color w:val="000000"/>
                <w:sz w:val="19"/>
                <w:lang w:val="el-GR"/>
              </w:rPr>
              <w:t>Ο</w:t>
            </w:r>
            <w:r w:rsidR="00C13693" w:rsidRPr="00C13693">
              <w:rPr>
                <w:rFonts w:eastAsia="Arial"/>
                <w:color w:val="000000"/>
                <w:sz w:val="19"/>
                <w:lang w:val="el-GR"/>
              </w:rPr>
              <w:t>.</w:t>
            </w:r>
            <w:r w:rsidRPr="00C13693">
              <w:rPr>
                <w:rFonts w:eastAsia="Arial"/>
                <w:color w:val="000000"/>
                <w:sz w:val="19"/>
                <w:lang w:val="el-GR"/>
              </w:rPr>
              <w:t>Σ Αθηνών διατηρεί και επεξεργάζεται αρχείο με τα δεδομένα προσωπικού χαρακτήρα της αίτησής μου αποκλειστικά για τους αναφερόμενους στο καταστατικό σκοπούς του και στα καταστατικά των Ομοσπονδιών στις οποίες ανήκει και συγκατατίθεμαι γι΄ αυτό.</w:t>
            </w:r>
          </w:p>
          <w:p w:rsidR="0025565D" w:rsidRPr="00C13693" w:rsidRDefault="00ED4D18">
            <w:pPr>
              <w:spacing w:after="0" w:line="240" w:lineRule="auto"/>
              <w:jc w:val="both"/>
              <w:rPr>
                <w:lang w:val="el-GR"/>
              </w:rPr>
            </w:pPr>
            <w:r w:rsidRPr="00C13693">
              <w:rPr>
                <w:rFonts w:eastAsia="Arial"/>
                <w:color w:val="000000"/>
                <w:sz w:val="19"/>
                <w:lang w:val="el-GR"/>
              </w:rPr>
              <w:t>Απαγορεύω ρητά κάθε άλλη χρήση των ως άνω δεδομένων από το Σωματείο Ε</w:t>
            </w:r>
            <w:r w:rsidR="00C13693" w:rsidRPr="00C13693">
              <w:rPr>
                <w:rFonts w:eastAsia="Arial"/>
                <w:color w:val="000000"/>
                <w:sz w:val="19"/>
                <w:lang w:val="el-GR"/>
              </w:rPr>
              <w:t>.</w:t>
            </w:r>
            <w:r w:rsidRPr="00C13693">
              <w:rPr>
                <w:rFonts w:eastAsia="Arial"/>
                <w:color w:val="000000"/>
                <w:sz w:val="19"/>
                <w:lang w:val="el-GR"/>
              </w:rPr>
              <w:t>Ο</w:t>
            </w:r>
            <w:r w:rsidR="00C13693" w:rsidRPr="00C13693">
              <w:rPr>
                <w:rFonts w:eastAsia="Arial"/>
                <w:color w:val="000000"/>
                <w:sz w:val="19"/>
                <w:lang w:val="el-GR"/>
              </w:rPr>
              <w:t>.</w:t>
            </w:r>
            <w:r w:rsidRPr="00C13693">
              <w:rPr>
                <w:rFonts w:eastAsia="Arial"/>
                <w:color w:val="000000"/>
                <w:sz w:val="19"/>
                <w:lang w:val="el-GR"/>
              </w:rPr>
              <w:t>Σ Αθηνών για άλλους σκοπούς, ιδιαίτερα διαφημιστικούς ή εμπορικούς, χωρίς την έγγραφη συγκατάθεσή μου.</w:t>
            </w:r>
          </w:p>
        </w:tc>
      </w:tr>
    </w:tbl>
    <w:p w:rsidR="0025565D" w:rsidRPr="00C13693" w:rsidRDefault="0025565D">
      <w:pPr>
        <w:widowControl w:val="0"/>
        <w:spacing w:before="160" w:after="0"/>
        <w:rPr>
          <w:lang w:val="el-GR"/>
        </w:rPr>
      </w:pPr>
    </w:p>
    <w:tbl>
      <w:tblPr>
        <w:tblW w:w="10148" w:type="dxa"/>
        <w:jc w:val="center"/>
        <w:tblLayout w:type="fixed"/>
        <w:tblLook w:val="04A0"/>
      </w:tblPr>
      <w:tblGrid>
        <w:gridCol w:w="5074"/>
        <w:gridCol w:w="5074"/>
      </w:tblGrid>
      <w:tr w:rsidR="0025565D">
        <w:trPr>
          <w:jc w:val="center"/>
        </w:trPr>
        <w:tc>
          <w:tcPr>
            <w:tcW w:w="5074" w:type="dxa"/>
            <w:tcBorders>
              <w:top w:val="nil"/>
              <w:left w:val="nil"/>
              <w:bottom w:val="nil"/>
              <w:right w:val="nil"/>
            </w:tcBorders>
            <w:tcMar>
              <w:top w:w="30" w:type="dxa"/>
              <w:left w:w="60" w:type="dxa"/>
              <w:bottom w:w="30" w:type="dxa"/>
              <w:right w:w="60" w:type="dxa"/>
            </w:tcMar>
            <w:vAlign w:val="center"/>
          </w:tcPr>
          <w:p w:rsidR="0025565D" w:rsidRDefault="00ED4D18">
            <w:pPr>
              <w:spacing w:after="0" w:line="240" w:lineRule="auto"/>
            </w:pPr>
            <w:r>
              <w:rPr>
                <w:rFonts w:eastAsia="Arial"/>
                <w:color w:val="000000"/>
              </w:rPr>
              <w:t>Αθήνα………………………..</w:t>
            </w:r>
            <w:r w:rsidR="00C13693">
              <w:rPr>
                <w:rFonts w:eastAsia="Arial"/>
                <w:color w:val="000000"/>
              </w:rPr>
              <w:t xml:space="preserve">     /     /</w:t>
            </w:r>
            <w:r>
              <w:rPr>
                <w:rFonts w:eastAsia="Arial"/>
                <w:color w:val="000000"/>
              </w:rPr>
              <w:t>202</w:t>
            </w:r>
            <w:r w:rsidR="00C13693">
              <w:rPr>
                <w:rFonts w:eastAsia="Arial"/>
                <w:color w:val="000000"/>
              </w:rPr>
              <w:t>…</w:t>
            </w:r>
          </w:p>
        </w:tc>
        <w:tc>
          <w:tcPr>
            <w:tcW w:w="5074" w:type="dxa"/>
            <w:tcBorders>
              <w:top w:val="nil"/>
              <w:left w:val="nil"/>
              <w:bottom w:val="nil"/>
              <w:right w:val="nil"/>
            </w:tcBorders>
            <w:tcMar>
              <w:top w:w="30" w:type="dxa"/>
              <w:left w:w="60" w:type="dxa"/>
              <w:bottom w:w="30" w:type="dxa"/>
              <w:right w:w="60" w:type="dxa"/>
            </w:tcMar>
            <w:vAlign w:val="center"/>
          </w:tcPr>
          <w:p w:rsidR="0025565D" w:rsidRDefault="00ED4D18">
            <w:pPr>
              <w:spacing w:after="0" w:line="240" w:lineRule="auto"/>
              <w:jc w:val="right"/>
            </w:pPr>
            <w:r>
              <w:rPr>
                <w:rFonts w:eastAsia="Arial"/>
                <w:color w:val="000000"/>
              </w:rPr>
              <w:t>Υπογραφή………………………….</w:t>
            </w:r>
          </w:p>
        </w:tc>
      </w:tr>
      <w:tr w:rsidR="0025565D">
        <w:trPr>
          <w:jc w:val="center"/>
        </w:trPr>
        <w:tc>
          <w:tcPr>
            <w:tcW w:w="5074" w:type="dxa"/>
            <w:tcBorders>
              <w:top w:val="nil"/>
              <w:left w:val="nil"/>
              <w:bottom w:val="nil"/>
              <w:right w:val="nil"/>
            </w:tcBorders>
            <w:tcMar>
              <w:top w:w="30" w:type="dxa"/>
              <w:left w:w="60" w:type="dxa"/>
              <w:bottom w:w="30" w:type="dxa"/>
              <w:right w:w="60" w:type="dxa"/>
            </w:tcMar>
            <w:vAlign w:val="center"/>
          </w:tcPr>
          <w:p w:rsidR="0025565D" w:rsidRDefault="0025565D">
            <w:pPr>
              <w:spacing w:after="0" w:line="240" w:lineRule="auto"/>
            </w:pPr>
          </w:p>
        </w:tc>
        <w:tc>
          <w:tcPr>
            <w:tcW w:w="5074" w:type="dxa"/>
            <w:tcBorders>
              <w:top w:val="nil"/>
              <w:left w:val="nil"/>
              <w:bottom w:val="nil"/>
              <w:right w:val="nil"/>
            </w:tcBorders>
            <w:tcMar>
              <w:top w:w="30" w:type="dxa"/>
              <w:left w:w="60" w:type="dxa"/>
              <w:bottom w:w="30" w:type="dxa"/>
              <w:right w:w="60" w:type="dxa"/>
            </w:tcMar>
            <w:vAlign w:val="center"/>
          </w:tcPr>
          <w:p w:rsidR="0025565D" w:rsidRDefault="0025565D">
            <w:pPr>
              <w:spacing w:after="0" w:line="240" w:lineRule="auto"/>
            </w:pPr>
          </w:p>
        </w:tc>
      </w:tr>
    </w:tbl>
    <w:p w:rsidR="0025565D" w:rsidRPr="00C13693" w:rsidRDefault="00ED4D18">
      <w:pPr>
        <w:widowControl w:val="0"/>
        <w:spacing w:after="0" w:line="240" w:lineRule="auto"/>
        <w:rPr>
          <w:rFonts w:eastAsia="Arial"/>
          <w:color w:val="000000"/>
          <w:lang w:val="el-GR"/>
        </w:rPr>
      </w:pPr>
      <w:r w:rsidRPr="00C13693">
        <w:rPr>
          <w:rFonts w:eastAsia="Arial"/>
          <w:color w:val="000000"/>
          <w:lang w:val="el-GR"/>
        </w:rPr>
        <w:t>Τον/την ανωτέρω προτείνουν τα εξής μέλη του Ε.Ο.Σ Αθηνών</w:t>
      </w:r>
      <w:r w:rsidR="00C13693" w:rsidRPr="00C13693">
        <w:rPr>
          <w:rFonts w:eastAsia="Arial"/>
          <w:color w:val="000000"/>
          <w:lang w:val="el-GR"/>
        </w:rPr>
        <w:t>:</w:t>
      </w:r>
    </w:p>
    <w:p w:rsidR="00C13693" w:rsidRPr="00C13693" w:rsidRDefault="00C13693">
      <w:pPr>
        <w:widowControl w:val="0"/>
        <w:spacing w:after="0" w:line="240" w:lineRule="auto"/>
        <w:rPr>
          <w:lang w:val="el-GR"/>
        </w:rPr>
      </w:pPr>
    </w:p>
    <w:tbl>
      <w:tblPr>
        <w:tblW w:w="10148" w:type="dxa"/>
        <w:jc w:val="center"/>
        <w:tblLayout w:type="fixed"/>
        <w:tblLook w:val="04A0"/>
      </w:tblPr>
      <w:tblGrid>
        <w:gridCol w:w="5044"/>
        <w:gridCol w:w="5044"/>
        <w:gridCol w:w="60"/>
      </w:tblGrid>
      <w:tr w:rsidR="0025565D">
        <w:trPr>
          <w:jc w:val="center"/>
        </w:trPr>
        <w:tc>
          <w:tcPr>
            <w:tcW w:w="5074" w:type="dxa"/>
            <w:tcBorders>
              <w:top w:val="nil"/>
              <w:left w:val="nil"/>
              <w:bottom w:val="nil"/>
              <w:right w:val="nil"/>
            </w:tcBorders>
            <w:tcMar>
              <w:top w:w="30" w:type="dxa"/>
              <w:left w:w="60" w:type="dxa"/>
              <w:bottom w:w="30" w:type="dxa"/>
              <w:right w:w="60" w:type="dxa"/>
            </w:tcMar>
            <w:vAlign w:val="center"/>
          </w:tcPr>
          <w:p w:rsidR="0025565D" w:rsidRPr="00C13693" w:rsidRDefault="00ED4D18" w:rsidP="00C13693">
            <w:pPr>
              <w:pStyle w:val="aa"/>
              <w:numPr>
                <w:ilvl w:val="0"/>
                <w:numId w:val="10"/>
              </w:numPr>
              <w:spacing w:after="0" w:line="240" w:lineRule="auto"/>
              <w:jc w:val="center"/>
              <w:rPr>
                <w:rFonts w:eastAsia="Arial"/>
                <w:color w:val="000000"/>
              </w:rPr>
            </w:pPr>
            <w:r w:rsidRPr="00C13693">
              <w:rPr>
                <w:rFonts w:eastAsia="Arial"/>
                <w:color w:val="000000"/>
              </w:rPr>
              <w:t>…………………………………</w:t>
            </w:r>
            <w:r w:rsidR="00C13693">
              <w:rPr>
                <w:rFonts w:eastAsia="Arial"/>
                <w:color w:val="000000"/>
              </w:rPr>
              <w:t>……….</w:t>
            </w:r>
          </w:p>
          <w:p w:rsidR="00C13693" w:rsidRDefault="00C13693">
            <w:pPr>
              <w:spacing w:after="0" w:line="240" w:lineRule="auto"/>
              <w:jc w:val="center"/>
            </w:pPr>
          </w:p>
        </w:tc>
        <w:tc>
          <w:tcPr>
            <w:tcW w:w="5074" w:type="dxa"/>
            <w:gridSpan w:val="2"/>
            <w:tcBorders>
              <w:top w:val="nil"/>
              <w:left w:val="nil"/>
              <w:bottom w:val="nil"/>
              <w:right w:val="nil"/>
            </w:tcBorders>
            <w:tcMar>
              <w:top w:w="30" w:type="dxa"/>
              <w:left w:w="60" w:type="dxa"/>
              <w:bottom w:w="30" w:type="dxa"/>
              <w:right w:w="60" w:type="dxa"/>
            </w:tcMar>
            <w:vAlign w:val="center"/>
          </w:tcPr>
          <w:p w:rsidR="00C13693" w:rsidRDefault="00C13693" w:rsidP="00C13693">
            <w:pPr>
              <w:spacing w:after="0" w:line="240" w:lineRule="auto"/>
              <w:rPr>
                <w:rFonts w:eastAsia="Arial"/>
                <w:color w:val="000000"/>
              </w:rPr>
            </w:pPr>
          </w:p>
          <w:p w:rsidR="0025565D" w:rsidRPr="00C13693" w:rsidRDefault="00ED4D18" w:rsidP="00C13693">
            <w:pPr>
              <w:pStyle w:val="aa"/>
              <w:numPr>
                <w:ilvl w:val="0"/>
                <w:numId w:val="10"/>
              </w:numPr>
              <w:spacing w:after="0" w:line="240" w:lineRule="auto"/>
              <w:jc w:val="center"/>
              <w:rPr>
                <w:rFonts w:eastAsia="Arial"/>
                <w:color w:val="000000"/>
              </w:rPr>
            </w:pPr>
            <w:r w:rsidRPr="00C13693">
              <w:rPr>
                <w:rFonts w:eastAsia="Arial"/>
                <w:color w:val="000000"/>
              </w:rPr>
              <w:t>………………………………</w:t>
            </w:r>
            <w:r w:rsidR="00C13693">
              <w:rPr>
                <w:rFonts w:eastAsia="Arial"/>
                <w:color w:val="000000"/>
              </w:rPr>
              <w:t>………..</w:t>
            </w:r>
          </w:p>
          <w:p w:rsidR="00C13693" w:rsidRDefault="00C13693">
            <w:pPr>
              <w:spacing w:after="0" w:line="240" w:lineRule="auto"/>
              <w:jc w:val="center"/>
              <w:rPr>
                <w:rFonts w:eastAsia="Arial"/>
                <w:color w:val="000000"/>
              </w:rPr>
            </w:pPr>
          </w:p>
          <w:p w:rsidR="00C13693" w:rsidRDefault="00C13693">
            <w:pPr>
              <w:spacing w:after="0" w:line="240" w:lineRule="auto"/>
              <w:jc w:val="center"/>
            </w:pPr>
          </w:p>
        </w:tc>
      </w:tr>
      <w:tr w:rsidR="0025565D" w:rsidRPr="00C13693">
        <w:trPr>
          <w:gridAfter w:val="1"/>
          <w:wAfter w:w="60" w:type="dxa"/>
          <w:jc w:val="center"/>
        </w:trPr>
        <w:tc>
          <w:tcPr>
            <w:tcW w:w="10148" w:type="dxa"/>
            <w:gridSpan w:val="2"/>
            <w:tcBorders>
              <w:top w:val="single" w:sz="6" w:space="0" w:color="6F7D96"/>
              <w:left w:val="single" w:sz="6" w:space="0" w:color="6F7D96"/>
              <w:bottom w:val="single" w:sz="6" w:space="0" w:color="6F7D96"/>
              <w:right w:val="single" w:sz="6" w:space="0" w:color="6F7D96"/>
            </w:tcBorders>
            <w:shd w:val="clear" w:color="auto" w:fill="F2F5FA"/>
            <w:tcMar>
              <w:top w:w="80" w:type="dxa"/>
              <w:left w:w="120" w:type="dxa"/>
              <w:bottom w:w="80" w:type="dxa"/>
              <w:right w:w="120" w:type="dxa"/>
            </w:tcMar>
            <w:vAlign w:val="center"/>
          </w:tcPr>
          <w:p w:rsidR="005A357D" w:rsidRDefault="005A357D" w:rsidP="005A357D">
            <w:pPr>
              <w:spacing w:after="0" w:line="240" w:lineRule="auto"/>
              <w:jc w:val="center"/>
              <w:rPr>
                <w:rFonts w:eastAsia="Arial"/>
                <w:color w:val="000000"/>
                <w:lang w:val="el-GR"/>
              </w:rPr>
            </w:pPr>
          </w:p>
          <w:p w:rsidR="0025565D" w:rsidRDefault="00C13693" w:rsidP="005A357D">
            <w:pPr>
              <w:spacing w:after="0" w:line="240" w:lineRule="auto"/>
              <w:jc w:val="center"/>
              <w:rPr>
                <w:rFonts w:eastAsia="Arial"/>
                <w:color w:val="000000"/>
                <w:lang w:val="el-GR"/>
              </w:rPr>
            </w:pPr>
            <w:r>
              <w:rPr>
                <w:rFonts w:eastAsia="Arial"/>
                <w:color w:val="000000"/>
              </w:rPr>
              <w:t>A</w:t>
            </w:r>
            <w:r>
              <w:rPr>
                <w:rFonts w:eastAsia="Arial"/>
                <w:color w:val="000000"/>
                <w:lang w:val="el-GR"/>
              </w:rPr>
              <w:t>ριθμός</w:t>
            </w:r>
            <w:r w:rsidRPr="00C13693">
              <w:rPr>
                <w:rFonts w:eastAsia="Arial"/>
                <w:color w:val="000000"/>
                <w:lang w:val="el-GR"/>
              </w:rPr>
              <w:t xml:space="preserve"> απόδειξης………………….                              Αρ</w:t>
            </w:r>
            <w:r>
              <w:rPr>
                <w:rFonts w:eastAsia="Arial"/>
                <w:color w:val="000000"/>
                <w:lang w:val="el-GR"/>
              </w:rPr>
              <w:t xml:space="preserve">ιθμός </w:t>
            </w:r>
            <w:r w:rsidRPr="00C13693">
              <w:rPr>
                <w:rFonts w:eastAsia="Arial"/>
                <w:color w:val="000000"/>
                <w:lang w:val="el-GR"/>
              </w:rPr>
              <w:t>Μητρώου</w:t>
            </w:r>
            <w:r>
              <w:rPr>
                <w:rFonts w:eastAsia="Arial"/>
                <w:color w:val="000000"/>
                <w:lang w:val="el-GR"/>
              </w:rPr>
              <w:t xml:space="preserve"> (Α.Μ.) </w:t>
            </w:r>
            <w:r w:rsidRPr="00C13693">
              <w:rPr>
                <w:rFonts w:eastAsia="Arial"/>
                <w:color w:val="000000"/>
                <w:lang w:val="el-GR"/>
              </w:rPr>
              <w:t>…………………..</w:t>
            </w:r>
          </w:p>
          <w:p w:rsidR="005A357D" w:rsidRPr="00C13693" w:rsidRDefault="005A357D" w:rsidP="005A357D">
            <w:pPr>
              <w:spacing w:after="0" w:line="240" w:lineRule="auto"/>
              <w:jc w:val="center"/>
              <w:rPr>
                <w:lang w:val="el-GR"/>
              </w:rPr>
            </w:pPr>
          </w:p>
        </w:tc>
      </w:tr>
      <w:tr w:rsidR="0025565D" w:rsidRPr="00C13693">
        <w:trPr>
          <w:gridAfter w:val="1"/>
          <w:wAfter w:w="60" w:type="dxa"/>
          <w:jc w:val="center"/>
        </w:trPr>
        <w:tc>
          <w:tcPr>
            <w:tcW w:w="10148" w:type="dxa"/>
            <w:gridSpan w:val="2"/>
            <w:tcBorders>
              <w:top w:val="single" w:sz="6" w:space="0" w:color="6F7D96"/>
              <w:left w:val="single" w:sz="6" w:space="0" w:color="6F7D96"/>
              <w:bottom w:val="single" w:sz="6" w:space="0" w:color="6F7D96"/>
              <w:right w:val="single" w:sz="6" w:space="0" w:color="6F7D96"/>
            </w:tcBorders>
            <w:shd w:val="clear" w:color="auto" w:fill="FFFFFF"/>
            <w:tcMar>
              <w:top w:w="80" w:type="dxa"/>
              <w:left w:w="120" w:type="dxa"/>
              <w:bottom w:w="80" w:type="dxa"/>
              <w:right w:w="120" w:type="dxa"/>
            </w:tcMar>
            <w:vAlign w:val="center"/>
          </w:tcPr>
          <w:p w:rsidR="005A357D" w:rsidRDefault="005A357D">
            <w:pPr>
              <w:spacing w:after="0" w:line="240" w:lineRule="auto"/>
              <w:rPr>
                <w:rFonts w:eastAsia="Arial"/>
                <w:color w:val="000000"/>
                <w:lang w:val="el-GR"/>
              </w:rPr>
            </w:pPr>
          </w:p>
          <w:p w:rsidR="0025565D" w:rsidRDefault="00ED4D18" w:rsidP="005A357D">
            <w:pPr>
              <w:spacing w:after="0" w:line="240" w:lineRule="auto"/>
              <w:jc w:val="center"/>
              <w:rPr>
                <w:rFonts w:eastAsia="Arial"/>
                <w:color w:val="000000"/>
                <w:lang w:val="el-GR"/>
              </w:rPr>
            </w:pPr>
            <w:r w:rsidRPr="00C13693">
              <w:rPr>
                <w:rFonts w:eastAsia="Arial"/>
                <w:color w:val="000000"/>
                <w:lang w:val="el-GR"/>
              </w:rPr>
              <w:t>Εγκρίνεται η εγγραφή του/της ανωτέρω ως μέλος κατά την</w:t>
            </w:r>
            <w:r w:rsidR="00F00186">
              <w:rPr>
                <w:rFonts w:eastAsia="Arial"/>
                <w:color w:val="000000"/>
                <w:lang w:val="el-GR"/>
              </w:rPr>
              <w:t xml:space="preserve">    </w:t>
            </w:r>
            <w:r w:rsidR="00C13693">
              <w:rPr>
                <w:rFonts w:eastAsia="Arial"/>
                <w:color w:val="000000"/>
                <w:lang w:val="el-GR"/>
              </w:rPr>
              <w:t>/    /</w:t>
            </w:r>
            <w:r w:rsidRPr="00C13693">
              <w:rPr>
                <w:rFonts w:eastAsia="Arial"/>
                <w:color w:val="000000"/>
                <w:lang w:val="el-GR"/>
              </w:rPr>
              <w:t>202</w:t>
            </w:r>
            <w:r w:rsidR="00C13693">
              <w:rPr>
                <w:rFonts w:eastAsia="Arial"/>
                <w:color w:val="000000"/>
                <w:lang w:val="el-GR"/>
              </w:rPr>
              <w:t>…</w:t>
            </w:r>
            <w:r w:rsidRPr="00C13693">
              <w:rPr>
                <w:rFonts w:eastAsia="Arial"/>
                <w:color w:val="000000"/>
                <w:lang w:val="el-GR"/>
              </w:rPr>
              <w:t xml:space="preserve">  Συνεδρίαση του Δ.Σ.</w:t>
            </w:r>
          </w:p>
          <w:p w:rsidR="005A357D" w:rsidRPr="00C13693" w:rsidRDefault="005A357D">
            <w:pPr>
              <w:spacing w:after="0" w:line="240" w:lineRule="auto"/>
              <w:rPr>
                <w:lang w:val="el-GR"/>
              </w:rPr>
            </w:pPr>
          </w:p>
        </w:tc>
      </w:tr>
    </w:tbl>
    <w:p w:rsidR="0025565D" w:rsidRPr="00C13693" w:rsidRDefault="0025565D">
      <w:pPr>
        <w:widowControl w:val="0"/>
        <w:spacing w:before="200" w:after="0"/>
        <w:rPr>
          <w:lang w:val="el-GR"/>
        </w:rPr>
      </w:pPr>
    </w:p>
    <w:tbl>
      <w:tblPr>
        <w:tblW w:w="10148" w:type="dxa"/>
        <w:jc w:val="center"/>
        <w:tblLayout w:type="fixed"/>
        <w:tblLook w:val="04A0"/>
      </w:tblPr>
      <w:tblGrid>
        <w:gridCol w:w="5074"/>
        <w:gridCol w:w="5074"/>
      </w:tblGrid>
      <w:tr w:rsidR="0025565D">
        <w:trPr>
          <w:jc w:val="center"/>
        </w:trPr>
        <w:tc>
          <w:tcPr>
            <w:tcW w:w="5074" w:type="dxa"/>
            <w:tcBorders>
              <w:top w:val="nil"/>
              <w:left w:val="nil"/>
              <w:bottom w:val="nil"/>
              <w:right w:val="nil"/>
            </w:tcBorders>
            <w:tcMar>
              <w:top w:w="40" w:type="dxa"/>
              <w:left w:w="60" w:type="dxa"/>
              <w:bottom w:w="40" w:type="dxa"/>
              <w:right w:w="60" w:type="dxa"/>
            </w:tcMar>
            <w:vAlign w:val="center"/>
          </w:tcPr>
          <w:p w:rsidR="00C13693" w:rsidRDefault="00C13693">
            <w:pPr>
              <w:spacing w:after="0" w:line="240" w:lineRule="auto"/>
              <w:jc w:val="center"/>
              <w:rPr>
                <w:rFonts w:eastAsia="Arial"/>
                <w:b/>
                <w:color w:val="13255A"/>
                <w:lang w:val="el-GR"/>
              </w:rPr>
            </w:pPr>
          </w:p>
          <w:p w:rsidR="0025565D" w:rsidRDefault="00ED4D18">
            <w:pPr>
              <w:spacing w:after="0" w:line="240" w:lineRule="auto"/>
              <w:jc w:val="center"/>
            </w:pPr>
            <w:r>
              <w:rPr>
                <w:rFonts w:eastAsia="Arial"/>
                <w:b/>
                <w:color w:val="13255A"/>
              </w:rPr>
              <w:t>Ο  ΠΡΟΕΔΡΟΣ</w:t>
            </w:r>
          </w:p>
        </w:tc>
        <w:tc>
          <w:tcPr>
            <w:tcW w:w="5074" w:type="dxa"/>
            <w:tcBorders>
              <w:top w:val="nil"/>
              <w:left w:val="nil"/>
              <w:bottom w:val="nil"/>
              <w:right w:val="nil"/>
            </w:tcBorders>
            <w:tcMar>
              <w:top w:w="40" w:type="dxa"/>
              <w:left w:w="60" w:type="dxa"/>
              <w:bottom w:w="40" w:type="dxa"/>
              <w:right w:w="60" w:type="dxa"/>
            </w:tcMar>
            <w:vAlign w:val="center"/>
          </w:tcPr>
          <w:p w:rsidR="00C13693" w:rsidRDefault="00C13693">
            <w:pPr>
              <w:spacing w:after="0" w:line="240" w:lineRule="auto"/>
              <w:jc w:val="center"/>
              <w:rPr>
                <w:rFonts w:eastAsia="Arial"/>
                <w:b/>
                <w:color w:val="13255A"/>
                <w:lang w:val="el-GR"/>
              </w:rPr>
            </w:pPr>
          </w:p>
          <w:p w:rsidR="0025565D" w:rsidRDefault="00ED4D18">
            <w:pPr>
              <w:spacing w:after="0" w:line="240" w:lineRule="auto"/>
              <w:jc w:val="center"/>
            </w:pPr>
            <w:r>
              <w:rPr>
                <w:rFonts w:eastAsia="Arial"/>
                <w:b/>
                <w:color w:val="13255A"/>
              </w:rPr>
              <w:t>Ο ΓΕΝ</w:t>
            </w:r>
            <w:r w:rsidR="00C13693">
              <w:rPr>
                <w:rFonts w:eastAsia="Arial"/>
                <w:b/>
                <w:color w:val="13255A"/>
                <w:lang w:val="el-GR"/>
              </w:rPr>
              <w:t>ΙΚΟΣ</w:t>
            </w:r>
            <w:r>
              <w:rPr>
                <w:rFonts w:eastAsia="Arial"/>
                <w:b/>
                <w:color w:val="13255A"/>
              </w:rPr>
              <w:t xml:space="preserve"> ΓΡΑΜΜΑΤΕΑΣ</w:t>
            </w:r>
          </w:p>
        </w:tc>
      </w:tr>
    </w:tbl>
    <w:p w:rsidR="005602ED" w:rsidRDefault="005602ED"/>
    <w:sectPr w:rsidR="005602ED" w:rsidSect="00034616">
      <w:pgSz w:w="11906" w:h="16838"/>
      <w:pgMar w:top="340" w:right="879" w:bottom="567" w:left="879"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467D65A4"/>
    <w:multiLevelType w:val="hybridMultilevel"/>
    <w:tmpl w:val="19226E9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B47730"/>
    <w:rsid w:val="00034616"/>
    <w:rsid w:val="0006063C"/>
    <w:rsid w:val="0015074B"/>
    <w:rsid w:val="0025565D"/>
    <w:rsid w:val="0029639D"/>
    <w:rsid w:val="00326F90"/>
    <w:rsid w:val="005602ED"/>
    <w:rsid w:val="0058079E"/>
    <w:rsid w:val="005A357D"/>
    <w:rsid w:val="00AA1D8D"/>
    <w:rsid w:val="00B47730"/>
    <w:rsid w:val="00BD7006"/>
    <w:rsid w:val="00C13693"/>
    <w:rsid w:val="00CB0664"/>
    <w:rsid w:val="00ED4D18"/>
    <w:rsid w:val="00F00186"/>
    <w:rsid w:val="00FC693F"/>
    <w:rsid w:val="00FD696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Arial" w:hAnsi="Arial" w:cs="Arial"/>
      <w:sz w:val="20"/>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2">
    <w:name w:val="Balloon Text"/>
    <w:basedOn w:val="a1"/>
    <w:link w:val="Char7"/>
    <w:uiPriority w:val="99"/>
    <w:semiHidden/>
    <w:unhideWhenUsed/>
    <w:rsid w:val="00ED4D18"/>
    <w:pPr>
      <w:spacing w:after="0" w:line="240" w:lineRule="auto"/>
    </w:pPr>
    <w:rPr>
      <w:rFonts w:ascii="Tahoma" w:hAnsi="Tahoma" w:cs="Tahoma"/>
      <w:sz w:val="16"/>
      <w:szCs w:val="16"/>
    </w:rPr>
  </w:style>
  <w:style w:type="character" w:customStyle="1" w:styleId="Char7">
    <w:name w:val="Κείμενο πλαισίου Char"/>
    <w:basedOn w:val="a2"/>
    <w:link w:val="aff2"/>
    <w:uiPriority w:val="99"/>
    <w:semiHidden/>
    <w:rsid w:val="00ED4D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219</Words>
  <Characters>1183</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ΑΙΤΗΣΗ  ΕΓΓΡΑΦΗΣ  ΜΕΛΟΥΣ  ΣΤΟΝ  Ε.Ο.Σ.  ΑΘΗΝΩΝ</vt:lpstr>
      <vt:lpstr/>
    </vt:vector>
  </TitlesOfParts>
  <Company>Hewlett-Packard Company</Company>
  <LinksUpToDate>false</LinksUpToDate>
  <CharactersWithSpaces>1400</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ΕΓΓΡΑΦΗΣ  ΜΕΛΟΥΣ  ΣΤΟΝ  Ε.Ο.Σ.  ΑΘΗΝΩΝ</dc:title>
  <dc:subject>Αίτηση εγγραφής μέλους</dc:subject>
  <dc:creator>grammateia</dc:creator>
  <cp:keywords>ΕΟΣ Αθηνών, αίτηση εγγραφής μέλους</cp:keywords>
  <cp:lastModifiedBy>grammateia</cp:lastModifiedBy>
  <cp:revision>3</cp:revision>
  <dcterms:created xsi:type="dcterms:W3CDTF">2026-05-05T11:26:00Z</dcterms:created>
  <dcterms:modified xsi:type="dcterms:W3CDTF">2026-05-05T14:12:00Z</dcterms:modified>
</cp:coreProperties>
</file>